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5"/>
        <w:gridCol w:w="289"/>
        <w:gridCol w:w="4754"/>
      </w:tblGrid>
      <w:tr w:rsidR="00D919BE" w14:paraId="2288946F" w14:textId="77777777">
        <w:trPr>
          <w:trHeight w:hRule="exact" w:val="2880"/>
        </w:trPr>
        <w:tc>
          <w:tcPr>
            <w:tcW w:w="47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B479A" w14:textId="40DB73CA" w:rsidR="003C5DB3" w:rsidRDefault="003C5DB3">
            <w:pPr>
              <w:spacing w:after="0"/>
              <w:jc w:val="center"/>
            </w:pPr>
          </w:p>
        </w:tc>
        <w:tc>
          <w:tcPr>
            <w:tcW w:w="28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6CA18" w14:textId="77777777" w:rsidR="003C5DB3" w:rsidRDefault="003C5DB3">
            <w:pPr>
              <w:jc w:val="center"/>
            </w:pPr>
          </w:p>
        </w:tc>
        <w:tc>
          <w:tcPr>
            <w:tcW w:w="475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3CAD1" w14:textId="3DF5F462" w:rsidR="003C5DB3" w:rsidRDefault="003C5DB3">
            <w:pPr>
              <w:spacing w:after="0"/>
              <w:jc w:val="center"/>
            </w:pPr>
          </w:p>
        </w:tc>
      </w:tr>
      <w:tr w:rsidR="00D919BE" w14:paraId="0B4A874D" w14:textId="77777777">
        <w:trPr>
          <w:trHeight w:hRule="exact" w:val="2880"/>
        </w:trPr>
        <w:tc>
          <w:tcPr>
            <w:tcW w:w="47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33E5D" w14:textId="1FAD31F0" w:rsidR="003C5DB3" w:rsidRDefault="003C5DB3">
            <w:pPr>
              <w:spacing w:after="0"/>
              <w:jc w:val="center"/>
            </w:pPr>
          </w:p>
        </w:tc>
        <w:tc>
          <w:tcPr>
            <w:tcW w:w="28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C6009" w14:textId="77777777" w:rsidR="003C5DB3" w:rsidRDefault="003C5DB3">
            <w:pPr>
              <w:jc w:val="center"/>
            </w:pPr>
          </w:p>
        </w:tc>
        <w:tc>
          <w:tcPr>
            <w:tcW w:w="475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D029F" w14:textId="526191F6" w:rsidR="003C5DB3" w:rsidRDefault="003C5DB3">
            <w:pPr>
              <w:spacing w:after="0"/>
              <w:jc w:val="center"/>
            </w:pPr>
          </w:p>
        </w:tc>
      </w:tr>
      <w:tr w:rsidR="00D919BE" w14:paraId="6BC5B682" w14:textId="77777777">
        <w:trPr>
          <w:trHeight w:hRule="exact" w:val="2880"/>
        </w:trPr>
        <w:tc>
          <w:tcPr>
            <w:tcW w:w="47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539EA" w14:textId="0429790A" w:rsidR="003C5DB3" w:rsidRDefault="003C5DB3">
            <w:pPr>
              <w:spacing w:after="0"/>
              <w:jc w:val="center"/>
            </w:pPr>
          </w:p>
        </w:tc>
        <w:tc>
          <w:tcPr>
            <w:tcW w:w="28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B8E8A" w14:textId="77777777" w:rsidR="003C5DB3" w:rsidRDefault="003C5DB3">
            <w:pPr>
              <w:jc w:val="center"/>
            </w:pPr>
          </w:p>
        </w:tc>
        <w:tc>
          <w:tcPr>
            <w:tcW w:w="475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81761" w14:textId="461532F9" w:rsidR="003C5DB3" w:rsidRDefault="003C5DB3">
            <w:pPr>
              <w:spacing w:after="0"/>
              <w:jc w:val="center"/>
            </w:pPr>
          </w:p>
        </w:tc>
      </w:tr>
      <w:tr w:rsidR="00D919BE" w14:paraId="298FFAA6" w14:textId="77777777">
        <w:trPr>
          <w:trHeight w:hRule="exact" w:val="2880"/>
        </w:trPr>
        <w:tc>
          <w:tcPr>
            <w:tcW w:w="47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78401" w14:textId="36515918" w:rsidR="003C5DB3" w:rsidRDefault="003C5DB3">
            <w:pPr>
              <w:spacing w:after="0"/>
              <w:jc w:val="center"/>
            </w:pPr>
          </w:p>
        </w:tc>
        <w:tc>
          <w:tcPr>
            <w:tcW w:w="28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8FC7B2" w14:textId="77777777" w:rsidR="003C5DB3" w:rsidRDefault="003C5DB3">
            <w:pPr>
              <w:jc w:val="center"/>
            </w:pPr>
          </w:p>
        </w:tc>
        <w:tc>
          <w:tcPr>
            <w:tcW w:w="475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CCD62" w14:textId="69D3B101" w:rsidR="003C5DB3" w:rsidRDefault="003C5DB3">
            <w:pPr>
              <w:spacing w:after="0"/>
              <w:jc w:val="center"/>
            </w:pPr>
          </w:p>
        </w:tc>
      </w:tr>
      <w:tr w:rsidR="00D919BE" w14:paraId="6D2A4593" w14:textId="77777777">
        <w:trPr>
          <w:trHeight w:hRule="exact" w:val="2880"/>
        </w:trPr>
        <w:tc>
          <w:tcPr>
            <w:tcW w:w="475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F882D" w14:textId="793A518C" w:rsidR="003C5DB3" w:rsidRDefault="003C5DB3">
            <w:pPr>
              <w:spacing w:after="0"/>
              <w:jc w:val="center"/>
            </w:pPr>
          </w:p>
        </w:tc>
        <w:tc>
          <w:tcPr>
            <w:tcW w:w="28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67DFF9" w14:textId="77777777" w:rsidR="003C5DB3" w:rsidRDefault="003C5DB3">
            <w:pPr>
              <w:jc w:val="center"/>
            </w:pPr>
          </w:p>
        </w:tc>
        <w:tc>
          <w:tcPr>
            <w:tcW w:w="475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7FAB9" w14:textId="4D574E10" w:rsidR="003C5DB3" w:rsidRDefault="003C5DB3">
            <w:pPr>
              <w:spacing w:after="0"/>
              <w:jc w:val="center"/>
            </w:pPr>
          </w:p>
        </w:tc>
      </w:tr>
    </w:tbl>
    <w:p w14:paraId="741C5001" w14:textId="77777777" w:rsidR="00630ECE" w:rsidRDefault="00630ECE"/>
    <w:sectPr w:rsidR="00630ECE" w:rsidSect="00034616">
      <w:pgSz w:w="11907" w:h="16839"/>
      <w:pgMar w:top="1219" w:right="1049" w:bottom="0" w:left="10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373787">
    <w:abstractNumId w:val="8"/>
  </w:num>
  <w:num w:numId="2" w16cid:durableId="944195199">
    <w:abstractNumId w:val="6"/>
  </w:num>
  <w:num w:numId="3" w16cid:durableId="1058627742">
    <w:abstractNumId w:val="5"/>
  </w:num>
  <w:num w:numId="4" w16cid:durableId="2134787277">
    <w:abstractNumId w:val="4"/>
  </w:num>
  <w:num w:numId="5" w16cid:durableId="1997610030">
    <w:abstractNumId w:val="7"/>
  </w:num>
  <w:num w:numId="6" w16cid:durableId="1876961176">
    <w:abstractNumId w:val="3"/>
  </w:num>
  <w:num w:numId="7" w16cid:durableId="1591155904">
    <w:abstractNumId w:val="2"/>
  </w:num>
  <w:num w:numId="8" w16cid:durableId="1639335226">
    <w:abstractNumId w:val="1"/>
  </w:num>
  <w:num w:numId="9" w16cid:durableId="41859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664C"/>
    <w:rsid w:val="0006063C"/>
    <w:rsid w:val="001158E8"/>
    <w:rsid w:val="0015074B"/>
    <w:rsid w:val="00205940"/>
    <w:rsid w:val="002423D5"/>
    <w:rsid w:val="0029639D"/>
    <w:rsid w:val="002B5696"/>
    <w:rsid w:val="002C0BAB"/>
    <w:rsid w:val="003051E2"/>
    <w:rsid w:val="00316D97"/>
    <w:rsid w:val="00325793"/>
    <w:rsid w:val="00326F90"/>
    <w:rsid w:val="00356469"/>
    <w:rsid w:val="003C5DB3"/>
    <w:rsid w:val="004127D8"/>
    <w:rsid w:val="004A45C1"/>
    <w:rsid w:val="00501471"/>
    <w:rsid w:val="005C11BA"/>
    <w:rsid w:val="00630ECE"/>
    <w:rsid w:val="006340B9"/>
    <w:rsid w:val="00745A28"/>
    <w:rsid w:val="00776038"/>
    <w:rsid w:val="00776D69"/>
    <w:rsid w:val="00844ACC"/>
    <w:rsid w:val="008567FC"/>
    <w:rsid w:val="00866C8D"/>
    <w:rsid w:val="008E31D1"/>
    <w:rsid w:val="009C7760"/>
    <w:rsid w:val="00A04464"/>
    <w:rsid w:val="00A61B25"/>
    <w:rsid w:val="00A72C16"/>
    <w:rsid w:val="00AA1D8D"/>
    <w:rsid w:val="00B47730"/>
    <w:rsid w:val="00BB2214"/>
    <w:rsid w:val="00C60665"/>
    <w:rsid w:val="00C7006C"/>
    <w:rsid w:val="00CA1FC7"/>
    <w:rsid w:val="00CB0664"/>
    <w:rsid w:val="00CC424E"/>
    <w:rsid w:val="00D23BE9"/>
    <w:rsid w:val="00D34D84"/>
    <w:rsid w:val="00D919BE"/>
    <w:rsid w:val="00DE2C83"/>
    <w:rsid w:val="00E222C9"/>
    <w:rsid w:val="00F1440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97E1BF"/>
  <w14:defaultImageDpi w14:val="300"/>
  <w15:docId w15:val="{0BAE039E-20E7-4539-8B50-C5493774F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A45C1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19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Johannes Kirsch</cp:lastModifiedBy>
  <cp:revision>26</cp:revision>
  <cp:lastPrinted>2026-05-14T20:37:00Z</cp:lastPrinted>
  <dcterms:created xsi:type="dcterms:W3CDTF">2026-03-27T14:28:00Z</dcterms:created>
  <dcterms:modified xsi:type="dcterms:W3CDTF">2026-05-21T21:43:00Z</dcterms:modified>
  <cp:category/>
</cp:coreProperties>
</file>